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ספרים בעידן הדיגיטלי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טענות ועובדות משני מאמרים העוסקים בקריאת ספרים בקרב בני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יתרונות קריאה, סיבות לירידה בה ודרכים לעודד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סיכום ממזג המשלב מידע משני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22 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שקריאה בספר מודפס הביאה להבנה וזכירה טובות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600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המחיר הגבוה של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להקים מועדון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ספרי שמע וספרים דיגיטליים יכולים לקרב צעירים לסיפורים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פסקה ג מסבירה שקריאה מצריכה התמקדות ממושכת, בניגוד לגלישה ברשתות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פסקה ד מציינת שקריאה על נייר הביאה לזכירה והבנה טובות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פסקה א מציינת שרוב התלמידים דווקא אוהבים סיפורים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פסקה ב מסבירה שקשה ליהנות מספר כשהוא נתפס כשיעורי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פסקה ו ממליצה להורים לשמש דוגמה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מהמאמרים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(היכולת להרגיש את מה שהזולת מרגיש)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(לקרוא מהר ובאופן שטחי)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מוקלט שאפשר להאזין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(מפגש של בני נוער לשיחה על 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(זמן קבוע ביום לקריאה עצמאית)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במסך נוטים לרפרף ולקרוא במהירות ובשטחיות, ולכן מבינים וזוכרים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לתת לתלמידים לבחור ספר לפי טעמם, ולהקים מועדון קריאה (או קריאה שקטה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מאמר 1 מדגיש שקריאה בנייר עדיפה על קריאה במסך, ואילו מאמר 2 רואה בטכנולוגיה כלי שיכול לעזור לבני נוער להתחבר לסיפורים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ממזגת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יבחר/תבחר דרך אחת מהמאמרים (למשל מועדון קריאה או בחירה חופשית), ויסביר/תסביר בעזרת נימוק מהמאמר מדוע היא עשויה לעודד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הסיכום יכלול: יתרון מהמאמרים (שפה/ריכוז/אמפתיה), סיבה לירידה (מסכים/עומס/חובה), ודרך לעידוד (בחירה/מועדון/טכנולוגיה), עם ציון שמות הכותבים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שפה/אוצר מילים, ריכוז, אמפתיה או הבנה טובה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תחרות עם מסכים, עומס ועייפות, או קריאה שנתפסת כחובה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חופשית, מועדון קריאה, קריאה שקטה או שימוש בטכנולוגיה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שני המאמרים בקול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הכיתה לזוגות לקראת משימת הסיכום הממזג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את חשיבות ציון מקורות המידע בתוך הסיכום ובסופו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ספרים בעידן הדיגיטלי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הבנת הנקרא על שני מאמרים העוסקים בקריאת ספרים בקרב בני נוער בעידן הדיגיטלי, ונתכונן לכתיבת סיכום ממזג.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מחקר 2023 שהוזכר במאמר 1, איזה אחוז מבני הנוער קוראים ספר להנאתם לפחות פעם בשבוע?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22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44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בני הנוער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מצא המחקר על 150 התלמידים במאמר 1, פסקה 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שאין הבדל בין קריאה בנייר לקריאה במסך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שקריאה בספר מודפס הביאה להבנה וזכירה טובות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שקריאה בטאבלט הביאה להבנה טובה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שכל התלמידים קראו באותה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תלמידי תיכון השתתפו בסקר שהוזכר במאמר 2, פסקה 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סיבה לירידה בקריאה אינה מוזכרת במאמר 2, פסקה 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עם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עומס ועייפות של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הגבוה של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קריאה שנתפסת כחובה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אחת הדרכים לעודד קריאה שמוצעת במאמר 2, פסקה 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לאסור על תלמידים לבחור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להקים מועדון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להוריד שעות לימוד לחלוטין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קריאה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טוענים התומכים בשימוש בטכנולוגיה לקידום קריאה (מאמר 2, פסקה ד)?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לאסור מסכים אצל בני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 שמע וספרים דיגיטליים יכולים לקרב צעירים לסיפורים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 על מסך תמיד פוגעת בהבנה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 שמע מתאימים רק למבוגרים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קריאת ספרים מסייעת לבני נוער ללמוד להתרכז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קריאה במסך הביאה להבנה טובה יותר מקריאה בנייר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בני הנוער הפסיקו לגמרי לאהוב סיפורים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קריאה שנתפסת רק כחובה עלולה לפגוע בהנאה מהקריאה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הורים שקוראים ספרים משפיעים על קריאת ילדיהם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מחקר 2023, רק __________ אחוזים מבני הנוער קוראים ספר להנאתם בכל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קריאת ספרים מפתחת את ה__________ ואת אוצר המילים, וכך משפרת כתיבה ודיבור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קריאת ספרים מלמדת בני נוער __________, מיומנות חשובה בלימודים ובעבודה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מאמר 2, בסקר השתתפו __________ תלמידי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ספרי __________ יכולים לעזור לבני נוער שמתקשים בקריאה על נייר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מושגים מהמאמרים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אמפתיה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מוקלט שאפשר להאזין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לרפרף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זמן קבוע ביום לקריאה עצמאית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 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מפגש של בני נוער לשיחה על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מועדון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היכולת להרגיש את מה שהזולת מרגיש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קריאה שקטה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לקרוא מהר ובאופן שטחי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לפי מאמר 1 יש הבדל בין קריאה בספר מודפס לקריאה במסך?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מהן שתיים מתוך שלוש הדרכים לעידוד קריאה המוצעות במאמר 2, פסקה 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שונה היחס של שני הכותבים לקריאה דיגיטלית?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ממזגת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(כ-5 משפטים) שבה אתם ממליצים לבית הספר שלכם על דרך אחת לעודד קריאה, והסבירו מדוע בחרתם בה, בהתבסס על המאמרים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סיכום ממזג קצר (כ-5-6 משפטים) המתאר יתרון אחד של קריאה, סיבה אחת לירידה בקריאה ודרך אחת לעידוד קריאה, תוך אזכור שני המאמרים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יתרון אחד של קריאת ספרים מודפסים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סיבה אחת לכך שבני נוער קוראים פחות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דרך אחת לעודד בני נוער לקרוא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קריאת ספרים בעידן הדיגיטלי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