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ספרים בעידן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טענות ועובדות משני מאמרים העוסקים בקריאת ספרים בקרב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קריאה, סיבות לירידה בה ודרכים לעודד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ממזג המשלב מידע משני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22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פסקה ג מסבירה שקריאה מצריכה התמקדות ממושכת, בניגוד לגלישה ברשתות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פסקה א מציינת שרוב התלמידים דווקא אוהבים סיפורים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ריכוז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מהמאמרים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(היכולת להרגיש את מה שהזולת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(לקרוא מהר ובאופן שטחי)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 מוקלט שאפשר להאזין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(מפגש של בני נוער לשיחה על ספרים)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לתת לתלמידים לבחור ספר לפי טעמם, ולהקים מועדון קריאה (או קריאה שקטה בבית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דרך אחת מהמאמרים (למשל מועדון קריאה או בחירה חופשית), ויסביר/תסביר בעזרת נימוק מהמאמר מדוע היא עשויה לעודד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שפה/אוצר מילים, ריכוז, אמפתיה או הבנה טובה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תחרות עם מסכים, עומס ועייפות, או קריאה שנתפסת כחובה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חופשית, מועדון קריאה, קריאה שקטה או שימוש בטכנולוגיה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שני המאמרים בקול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לקראת משימת הסיכום הממזג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את חשיבות ציון מקורות המידע בתוך הסיכום ובסופו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ספרים בעידן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הבנת הנקרא על שני מאמרים העוסקים בקריאת ספרים בקרב בני נוער בעידן הדיגיטלי, ונתכונן לכתיבת סיכום ממזג.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ריכוז  ·  22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מחקר 2023 שהוזכר במאמר 1, איזה אחוז מבני הנוער קוראים ספר להנאתם לפחות פעם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22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44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תלמידי תיכון השתתפו בסקר שהוזכר במאמר 2, פסקה 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מאמר 1, קריאת ספרים מסייעת לבני נוער ללמוד להתרכז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מאמר 2, בני הנוער הפסיקו לגמרי לאהוב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מחקר 2023, רק __________ אחוזים מבני הנוער קוראים ספר להנאתם בכל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קריאת ספרים מלמדת בני נוער __________, מיומנות חשובה בלימודים ובעבודה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מושגים מהמאמרים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אמפתיה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מפגש של בני נוער לשיחה על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לרפרף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ספר מוקלט שאפשר להאזין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ספר 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לקרוא מהר ובאופן שטחי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מועדון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היכולת להרגיש את מה שהזולת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מהן שתיים מתוך שלוש הדרכים לעידוד קריאה המוצעות במאמר 2, פסקה 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ממזגת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(כ-5 משפטים) שבה אתם ממליצים לבית הספר שלכם על דרך אחת לעודד קריאה, והסבירו מדוע בחרתם בה, בהתבסס על המאמרים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יתרון אחד של קריאת ספרים מודפסים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סיבה אחת לכך שבני נוער קוראים פחות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ספרים בעידן הדיגיטלי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